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בשלום לצפון -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הנסיעה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בדרך ושלטים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ציווי ברבים בעברית (עצרו, האטו)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 עגול וירוק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חוגרים חגורה, גם בנסיעה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בירידה נוסעים לאט ושומרים מרחק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שלטים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(נותנים לאחרים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(נוסעים יותר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(שמים לב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מעפולה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את הר תבור העגול והירוק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עוברים במחלף גולני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הכביש יורד ומתפתל, נוסעים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הקשורה לבטיחות: חגורה, שקט לנהג, ישיבה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65 וכביש 77 (או 90)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הקשורה לחגורה, מהירות או שקט לנהג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אמיתית כדי לעקוב אחרי המסלול המתואר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הפיכת שלטי הציווי מיחיד לרבים (עצור-עצרו)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לתלמידים גם לצייר את השלט שהמציאו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בשלום לצפון -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נועה ואיתי נוסעים עם דודה שירה לטבריה. בדרך הם פוגשים עיקולים, ירידה וכמה שלטים חשובים. בדף הזה נתרגל את מה שקרה בדרך ואת כללי הבטיחות.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חגורה  ·  רכב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יוצאים נועה ואיתי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כביש יוצאים מעפולה?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רואים בדרך ליד הר תבור?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עגול וירוק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בנסיעה קצרה לא צריך חגורה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טבריה נמצאת על שפת 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בירידה נוסעים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דודה שירה נוהגת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נועה ואיתי חוגרים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שלטים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שמים לב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נותנים לאחרים לעבור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סע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נוסעים יותר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המסלול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עוברים במחלף גולני לכביש 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הכביש יורד ומתפתל, נוסעים לאט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מעפולה בכביש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 את הר תבור העגול והירוק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כלל אחד חשוב לנוסעים ברכב והסבירו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כבישים מוזכרים בדרך מעפולה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כשרואים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בשלום לצפון - 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