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בדרך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בעברית (עצרו, האטו)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 עגול וירוק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לנסוע בבטיחות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בירידה נוסעים לאט ושומרים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נוכל לעזור שהנהג ישמור על עיניים על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שלט עצור אומר לעצור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(נותנים לאחרים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יותר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(שמים לב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(הכביש יורד חזק למטה)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את הר תבור העגול והירוק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הכביש יורד ומתפתל, נוסעים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ליד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הקשורה לבטיחות: חגורה, שקט לנהג, ישיבה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- מילה אחת וברורה הקשורה לבטיחות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 (או 90)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לחגורה, מהירות או שקט לנהג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כדי לעקוב אחרי המסלול המתואר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הפיכת שלטי הציווי מיחיד לרבים (עצור-עצרו)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גם לצייר את השלט שהמציאו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בשלום לצפון -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ואיתי נוסעים ברכב לטבריה. בדרך יש עיקולים וירידה. נלמד על שלטים ועל בטיחות ברכב.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ברכב ששומרת עלינו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עִקּוּל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בכביש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יְרִידָה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שיורד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מֶחְלָף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עוברים מכביש לכביש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 קְדִימָה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שעובר קודם בכביש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מֶרְחָק בְּטִיחוּת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בין מכונית למכונית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בדרך שאומר מה לעשות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מתחילה הנסיעה?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מספר הכביש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כביש עוברים במחלף?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נראה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עגול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צפוף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עוזר לדודה?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 שירה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נוסעים לאט בעיקול?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לנסוע 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פקק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בנסיעה קצרה לא צריך חגורה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שפת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נוסעים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לנהג לענות לטלפון בזמן הנסיעה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מחיפה אפשר לנסוע בכביש 75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שלט עצור ממשיכים לנסוע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דודה שירה נוהגת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ואיתי חוגרים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טבריה הכביש __________ ומתפתל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נמצאת מתחת לפני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שלט עצור צריך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יותר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הכביש יורד חזק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נותנים לאחרים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שמים לב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הכביש יורד ומתפתל, נוסעים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ליד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במחלף גולני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הר תבור העגול והירוק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ברכב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שלט חדש לנוסעים ברכב. כתבו עליו מילה אחת, והסבירו למה הוא חשוב ואיפה תשימו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כבישים מוזכרים בדרך מעפולה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לנסיעה בטוחה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בשלום לצפון -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