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בדרך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בעברית (עצרו, האטו)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 עגול וירוק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לנסוע בבטיחות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בירידה נוסעים לאט ושומרים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נוכל לעזור שהנהג ישמור על עיניים על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שלט עצור אומר לעצור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לאחרים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יותר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(שמים לב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(הכביש יורד חזק למטה)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את הר תבור העגול והירוק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הכביש יורד ומתפתל, נוסעים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ליד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הקשורה לבטיחות: חגורה, שקט לנהג, ישיבה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- מילה אחת וברורה הקשורה לבטיחות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 (או 90)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לחגורה, מהירות או שקט לנהג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כדי לעקוב אחרי המסלול המתואר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הפיכת שלטי הציווי מיחיד לרבים (עצור-עצרו)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גם לצייר את השלט שהמציאו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נועה ואיתי נוסעים עם דודה שירה לטבריה. בדרך הם פוגשים עיקולים, ירידה וכמה שלטים חשובים. בדף הזה נתרגל את מה שקרה בדרך ואת כללי הבטיחות.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יוצאים נועה ואיתי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כביש יוצאים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במחלף גולני עוברים לאיזה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בדרך ליד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עגול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צפוף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עונה לטלפון במקום הדודה?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 שירה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דודה שירה נוסעת לאט בעיקולים?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לנסוע 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פקק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בנסיעה קצרה לא צריך חגורה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שפת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נוסעים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לנהג לענות לטלפון בזמן הנסיעה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מחיפה אפשר לנסוע בכביש 75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שלט עצור ממשיכים לנסוע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דודה שירה נוהגת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ואיתי חוגרים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טבריה הכביש __________ ומתפתל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נמצאת מתחת לפני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שלט עצור צריך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יותר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שמים לב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נותנים לאחרים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הכביש יורד חזק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ליד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הכביש יורד ומתפתל, נוסעים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הר תבור העגול והירוק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במחלף גולני לכביש 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ברכב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שלט חדש לנוסעים ברכב. כתבו עליו מילה אחת, והסבירו למה הוא חשוב ואיפה תשימו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כבישים מוזכרים בדרך מעפולה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לנסיעה בטוחה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בשלום לצפון -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